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0"/>
        <w:jc w:val="center"/>
      </w:pPr>
      <w:r>
        <w:rPr>
          <w:rFonts w:ascii="Georgia" w:hAnsi="Georgia"/>
          <w:b/>
          <w:color w:val="1A1A2E"/>
          <w:sz w:val="64"/>
        </w:rPr>
        <w:t>THE VIRAL BOOK LAUNCH BLUEPRINT</w:t>
      </w:r>
    </w:p>
    <w:p>
      <w:pPr>
        <w:jc w:val="center"/>
      </w:pPr>
      <w:r>
        <w:rPr>
          <w:rFonts w:ascii="Georgia" w:hAnsi="Georgia"/>
          <w:color w:val="8B6F2A"/>
          <w:sz w:val="32"/>
        </w:rPr>
        <w:t>How to Launch a Book Like a Mystery,</w:t>
        <w:br/>
        <w:t>Not a Marketing Campaign</w:t>
      </w:r>
    </w:p>
    <w:p>
      <w:pPr>
        <w:spacing w:before="720"/>
        <w:jc w:val="center"/>
      </w:pPr>
      <w:r>
        <w:rPr>
          <w:color w:val="888888"/>
          <w:sz w:val="24"/>
        </w:rPr>
        <w:t>A Darkling Collective Course</w:t>
      </w:r>
    </w:p>
    <w:p>
      <w:pPr>
        <w:spacing w:before="160"/>
        <w:jc w:val="center"/>
      </w:pPr>
      <w:r>
        <w:rPr>
          <w:i/>
          <w:color w:val="888888"/>
          <w:sz w:val="24"/>
        </w:rPr>
        <w:t>TikTok. Instagram. Substack.</w:t>
        <w:br/>
        <w:t>The Only Three Platforms That Matter.</w:t>
      </w:r>
    </w:p>
    <w:p>
      <w:r>
        <w:br w:type="page"/>
      </w:r>
    </w:p>
    <w:p>
      <w:pPr>
        <w:pStyle w:val="Heading1"/>
      </w:pPr>
      <w:r>
        <w:t>Welcome: Why Traditional Launches Are Dead</w:t>
      </w:r>
    </w:p>
    <w:p>
      <w:r>
        <w:t>Everything you learned about launching a book is wrong.</w:t>
      </w:r>
    </w:p>
    <w:p>
      <w:r>
        <w:t>The old playbook looked like this: write the book, design the cover, schedule the reveal, organize a blog tour, send ARCs, pray for reviews, and launch into a void of silence while checking your KDP dashboard every four minutes.</w:t>
      </w:r>
    </w:p>
    <w:p>
      <w:r>
        <w:t>That model is dead.</w:t>
      </w:r>
    </w:p>
    <w:p>
      <w:r>
        <w:t>The authors who are blowing up right now on BookTok, Instagram, and Substack are not following that playbook. They are doing something fundamentally different. They are not announcing a book. They are building a world. They are not marketing. They are creating an experience that pulls readers in before the book even has a title.</w:t>
      </w:r>
    </w:p>
    <w:p>
      <w:r>
        <w:t>Here is what the data says:</w:t>
      </w:r>
    </w:p>
    <w:p>
      <w:pPr>
        <w:pStyle w:val="ListBullet"/>
      </w:pPr>
      <w:r>
        <w:t>BookTok has over 200 billion views and drives an average 600% increase in sales for featured books</w:t>
      </w:r>
    </w:p>
    <w:p>
      <w:pPr>
        <w:pStyle w:val="ListBullet"/>
      </w:pPr>
      <w:r>
        <w:t>A zero-budget 15-second TikTok can put a self-published book into the Kindle Top 100 overnight</w:t>
      </w:r>
    </w:p>
    <w:p>
      <w:pPr>
        <w:pStyle w:val="ListBullet"/>
      </w:pPr>
      <w:r>
        <w:t>Readers are now searching TikTok before Goodreads</w:t>
      </w:r>
    </w:p>
    <w:p>
      <w:pPr>
        <w:pStyle w:val="ListBullet"/>
      </w:pPr>
      <w:r>
        <w:t>Substack Notes accounts for over 90% of new subscriber growth for early-stage author publications</w:t>
      </w:r>
    </w:p>
    <w:p>
      <w:pPr>
        <w:pStyle w:val="ListBullet"/>
      </w:pPr>
      <w:r>
        <w:t>Instagram Reels reach over 2 billion people monthly</w:t>
      </w:r>
    </w:p>
    <w:p>
      <w:r>
        <w:t>This course is not about gaming algorithms. It is about understanding the psychology of why readers become obsessed, and building a launch system that turns that psychology into a repeatable engine.</w:t>
      </w:r>
    </w:p>
    <w:p>
      <w:r>
        <w:t>You will learn to launch a book the way a showrunner launches a series: mystery first, lore drops second, identity reveal third, and by launch day your readers are not customers. They are evangelists.</w:t>
      </w:r>
    </w:p>
    <w:p>
      <w:r>
        <w:rPr>
          <w:b/>
          <w:sz w:val="22"/>
        </w:rPr>
        <w:t>What You Will Need</w:t>
      </w:r>
    </w:p>
    <w:p>
      <w:pPr>
        <w:pStyle w:val="ListBullet"/>
      </w:pPr>
      <w:r>
        <w:t>Your manuscript (completed or near-complete)</w:t>
      </w:r>
    </w:p>
    <w:p>
      <w:pPr>
        <w:pStyle w:val="ListBullet"/>
      </w:pPr>
      <w:r>
        <w:t>An API key for at least one AI engine (Gemini is free)</w:t>
      </w:r>
    </w:p>
    <w:p>
      <w:pPr>
        <w:pStyle w:val="ListBullet"/>
      </w:pPr>
      <w:r>
        <w:t>The Darkling Collective Marketing Suite (your tools for every phase)</w:t>
      </w:r>
    </w:p>
    <w:p>
      <w:pPr>
        <w:pStyle w:val="ListBullet"/>
      </w:pPr>
      <w:r>
        <w:t>Accounts on TikTok, Instagram, and Substack</w:t>
      </w:r>
    </w:p>
    <w:p>
      <w:pPr>
        <w:pStyle w:val="ListBullet"/>
      </w:pPr>
      <w:r>
        <w:t>The willingness to stop marketing and start world-building</w:t>
      </w:r>
    </w:p>
    <w:p>
      <w:r>
        <w:br w:type="page"/>
      </w:r>
    </w:p>
    <w:p>
      <w:pPr>
        <w:pStyle w:val="Heading1"/>
      </w:pPr>
      <w:r>
        <w:t>Module 1: The Death of the Cover Reveal</w:t>
      </w:r>
    </w:p>
    <w:p>
      <w:pPr>
        <w:pStyle w:val="Heading2"/>
      </w:pPr>
      <w:r>
        <w:t>Why the Old Launch Model Fails in 2025</w:t>
      </w:r>
    </w:p>
    <w:p>
      <w:r>
        <w:t>The traditional launch timeline looks roughly like this:</w:t>
      </w:r>
    </w:p>
    <w:p>
      <w:pPr>
        <w:pStyle w:val="ListNumber"/>
      </w:pPr>
      <w:r>
        <w:t>12 weeks out: announce the book</w:t>
      </w:r>
    </w:p>
    <w:p>
      <w:pPr>
        <w:pStyle w:val="ListNumber"/>
      </w:pPr>
      <w:r>
        <w:t>8 weeks out: cover reveal</w:t>
      </w:r>
    </w:p>
    <w:p>
      <w:pPr>
        <w:pStyle w:val="ListNumber"/>
      </w:pPr>
      <w:r>
        <w:t>6 weeks out: send ARCs</w:t>
      </w:r>
    </w:p>
    <w:p>
      <w:pPr>
        <w:pStyle w:val="ListNumber"/>
      </w:pPr>
      <w:r>
        <w:t>4 weeks out: blog tour</w:t>
      </w:r>
    </w:p>
    <w:p>
      <w:pPr>
        <w:pStyle w:val="ListNumber"/>
      </w:pPr>
      <w:r>
        <w:t>Launch day: publish, pray, post</w:t>
      </w:r>
    </w:p>
    <w:p>
      <w:pPr>
        <w:pStyle w:val="ListNumber"/>
      </w:pPr>
      <w:r>
        <w:t>2 weeks later: wonder why nothing happened</w:t>
      </w:r>
    </w:p>
    <w:p>
      <w:r>
        <w:t>This model was designed for an era when book blogs controlled discovery, Amazon reviews drove sales, and readers found books through curated lists. That era is over.</w:t>
      </w:r>
    </w:p>
    <w:p>
      <w:r>
        <w:t>Here is what actually happens when you follow the old model in 2025: you announce your book to an audience that does not care yet. You reveal your cover to people who have no emotional investment. You send ARCs to reviewers who have 200 other books in their queue. And on launch day, the only people who buy are the ones who would have bought anyway.</w:t>
      </w:r>
    </w:p>
    <w:p>
      <w:r>
        <w:t>The fundamental flaw is that you are asking people to care about a product before they care about a world.</w:t>
      </w:r>
    </w:p>
    <w:p>
      <w:pPr>
        <w:pStyle w:val="Heading2"/>
      </w:pPr>
      <w:r>
        <w:t>The New Model: Mystery, Not Marketing</w:t>
      </w:r>
    </w:p>
    <w:p>
      <w:r>
        <w:t>The authors who are breaking through right now are doing something closer to what TV showrunners and game developers do. They build an experience before they announce a product.</w:t>
      </w:r>
    </w:p>
    <w:p>
      <w:r>
        <w:t>Think about how you experienced your favorite TV show trailer. You did not see a press release with a logline and a premiere date. You saw a cryptic teaser. A mood. A fragment that made you need to know more. The show did not ask for your attention. It earned it by making you curious.</w:t>
      </w:r>
    </w:p>
    <w:p>
      <w:r>
        <w:t>That is what your book launch should feel like.</w:t>
      </w:r>
    </w:p>
    <w:p>
      <w:r>
        <w:rPr>
          <w:b/>
          <w:sz w:val="22"/>
        </w:rPr>
        <w:t>The New Launch Framework</w:t>
      </w:r>
    </w:p>
    <w:p>
      <w:pPr>
        <w:pStyle w:val="ListBullet"/>
      </w:pPr>
      <w:r>
        <w:t>Phase 1: The Mystery (6-8 weeks pre-launch) - Lore drops, mood, unnamed characters. No title. No cover. Just a world.</w:t>
      </w:r>
    </w:p>
    <w:p>
      <w:pPr>
        <w:pStyle w:val="ListBullet"/>
      </w:pPr>
      <w:r>
        <w:t>Phase 2: The Reveal (3-4 weeks pre-launch) - Characters get names. The world gets a title. Early followers feel like insiders.</w:t>
      </w:r>
    </w:p>
    <w:p>
      <w:pPr>
        <w:pStyle w:val="ListBullet"/>
      </w:pPr>
      <w:r>
        <w:t>Phase 3: The Flood (Launch week) - Coordinated content blitz. Your readers become your marketing army.</w:t>
      </w:r>
    </w:p>
    <w:p>
      <w:pPr>
        <w:pStyle w:val="ListBullet"/>
      </w:pPr>
      <w:r>
        <w:t>Phase 4: The Ecosystem (Post-launch) - Substack serialization, bonus content, world-building that feeds the next book.</w:t>
      </w:r>
    </w:p>
    <w:p>
      <w:r>
        <w:rPr>
          <w:b/>
          <w:color w:val="8B6F2A"/>
        </w:rPr>
        <w:t xml:space="preserve">Key Insight: </w:t>
      </w:r>
      <w:r>
        <w:t>You are not selling a book. You are inviting people into a world. The book is how they get the rest of the story.</w:t>
      </w:r>
    </w:p>
    <w:p>
      <w:r>
        <w:br w:type="page"/>
      </w:r>
    </w:p>
    <w:p>
      <w:pPr>
        <w:pStyle w:val="Heading1"/>
      </w:pPr>
      <w:r>
        <w:t>Module 2: Extracting Your Book DNA</w:t>
      </w:r>
    </w:p>
    <w:p>
      <w:pPr>
        <w:pStyle w:val="Heading2"/>
      </w:pPr>
      <w:r>
        <w:t>Finding the Core of What Makes Your Book Obsession-Worthy</w:t>
      </w:r>
    </w:p>
    <w:p>
      <w:r>
        <w:t>Before you create a single piece of content, you need to know exactly what makes your book tick. Not the plot summary. Not the back-cover blurb. The DNA: the specific combination of tropes, tension, characters, and emotional wounds that will make a reader say "I need this book" in under ten seconds.</w:t>
      </w:r>
    </w:p>
    <w:p>
      <w:pPr>
        <w:pStyle w:val="Heading3"/>
      </w:pPr>
      <w:r>
        <w:t>The Five Elements of Book DNA</w:t>
      </w:r>
    </w:p>
    <w:p>
      <w:pPr>
        <w:pStyle w:val="ListNumber"/>
      </w:pPr>
      <w:r>
        <w:t>The Core Contradiction: The single tension that drives everything. "A monster who is the love interest AND the danger." "A woman who hunts the men the system protects." Your book is built on a contradiction that creates cognitive dissonance. Find it.</w:t>
      </w:r>
    </w:p>
    <w:p>
      <w:pPr>
        <w:pStyle w:val="ListNumber"/>
      </w:pPr>
      <w:r>
        <w:t>The Trope Stack: Not one trope. A stack. "Enemies to lovers + forced proximity + morally gray hero + touch her and die." Readers search by trope combinations. Your stack is your discovery engine.</w:t>
      </w:r>
    </w:p>
    <w:p>
      <w:pPr>
        <w:pStyle w:val="ListNumber"/>
      </w:pPr>
      <w:r>
        <w:t>The Emotional Wound: What is broken inside your protagonist? This is what readers connect to. Not the plot. The pain.</w:t>
      </w:r>
    </w:p>
    <w:p>
      <w:pPr>
        <w:pStyle w:val="ListNumber"/>
      </w:pPr>
      <w:r>
        <w:t>The Sensory World: What does your book FEEL like? Not the setting description. The physical sensation. Cold stone. Wet earth. Blood on silk. This is what makes content cinematic.</w:t>
      </w:r>
    </w:p>
    <w:p>
      <w:pPr>
        <w:pStyle w:val="ListNumber"/>
      </w:pPr>
      <w:r>
        <w:t>The Art Direction: The visual mood. "Dark forests, golden light, thorns and blood, moody and atmospheric." This drives every image, every aesthetic post, every mood board.</w:t>
      </w:r>
    </w:p>
    <w:p>
      <w:pPr>
        <w:pStyle w:val="Heading2"/>
      </w:pPr>
      <w:r>
        <w:t>Using the Suite: Automated DNA Extraction</w:t>
      </w:r>
    </w:p>
    <w:p>
      <w:r>
        <w:t>Open the Darkling Collective Marketing Suite and upload your manuscript. The AI will read your entire book and extract:</w:t>
      </w:r>
    </w:p>
    <w:p>
      <w:pPr>
        <w:pStyle w:val="ListBullet"/>
      </w:pPr>
      <w:r>
        <w:t>Title, author, genre, and heat level</w:t>
      </w:r>
    </w:p>
    <w:p>
      <w:pPr>
        <w:pStyle w:val="ListBullet"/>
      </w:pPr>
      <w:r>
        <w:t>Trope stack (4-8 tropes)</w:t>
      </w:r>
    </w:p>
    <w:p>
      <w:pPr>
        <w:pStyle w:val="ListBullet"/>
      </w:pPr>
      <w:r>
        <w:t>Premise as a viral-ready pitch</w:t>
      </w:r>
    </w:p>
    <w:p>
      <w:pPr>
        <w:pStyle w:val="ListBullet"/>
      </w:pPr>
      <w:r>
        <w:t>Protagonist wound</w:t>
      </w:r>
    </w:p>
    <w:p>
      <w:pPr>
        <w:pStyle w:val="ListBullet"/>
      </w:pPr>
      <w:r>
        <w:t>Character profiles with names and roles</w:t>
      </w:r>
    </w:p>
    <w:p>
      <w:pPr>
        <w:pStyle w:val="ListBullet"/>
      </w:pPr>
      <w:r>
        <w:t>World-building summary</w:t>
      </w:r>
    </w:p>
    <w:p>
      <w:pPr>
        <w:pStyle w:val="ListBullet"/>
      </w:pPr>
      <w:r>
        <w:t>Comparable titles</w:t>
      </w:r>
    </w:p>
    <w:p>
      <w:pPr>
        <w:pStyle w:val="ListBullet"/>
      </w:pPr>
      <w:r>
        <w:t>Three viral TikTok hooks</w:t>
      </w:r>
    </w:p>
    <w:p>
      <w:pPr>
        <w:pStyle w:val="ListBullet"/>
      </w:pPr>
      <w:r>
        <w:t>Art direction for visual content</w:t>
      </w:r>
    </w:p>
    <w:p>
      <w:r>
        <w:t>This data feeds automatically into every tool in the suite. Upload once and every tool knows your book.</w:t>
      </w:r>
    </w:p>
    <w:p>
      <w:r>
        <w:rPr>
          <w:b/>
          <w:color w:val="8B6F2A"/>
        </w:rPr>
        <w:t xml:space="preserve">Pro Tip: </w:t>
      </w:r>
      <w:r>
        <w:t>If you are using the standalone tools, click the "Book DNA" button in the top-right corner of any tool to upload your manuscript and extract the same data.</w:t>
      </w:r>
    </w:p>
    <w:p>
      <w:pPr>
        <w:pStyle w:val="Heading3"/>
      </w:pPr>
      <w:r>
        <w:t>Exercise: Write Your Core Contradiction</w:t>
      </w:r>
    </w:p>
    <w:p>
      <w:r>
        <w:t>Complete this sentence: "My book is about someone who _______, but the twist is _______."</w:t>
      </w:r>
    </w:p>
    <w:p>
      <w:r>
        <w:t>Examples:</w:t>
      </w:r>
    </w:p>
    <w:p>
      <w:pPr>
        <w:pStyle w:val="ListBullet"/>
      </w:pPr>
      <w:r>
        <w:t>"My book is about a woman who came to study the ocean, but the twist is the ocean learned her faster."</w:t>
      </w:r>
    </w:p>
    <w:p>
      <w:pPr>
        <w:pStyle w:val="ListBullet"/>
      </w:pPr>
      <w:r>
        <w:t>"My book is about a girl with no power at an academy built for power, but the twist is the monsters think she is exactly what they have been waiting for."</w:t>
      </w:r>
    </w:p>
    <w:p>
      <w:r>
        <w:t>If your contradiction does not create a "wait, WHAT?" reaction, it is not strong enough yet. Keep refining until it does.</w:t>
      </w:r>
    </w:p>
    <w:p>
      <w:r>
        <w:br w:type="page"/>
      </w:r>
    </w:p>
    <w:p>
      <w:pPr>
        <w:pStyle w:val="Heading1"/>
      </w:pPr>
      <w:r>
        <w:t>Module 3: Phase 1 - The Mystery</w:t>
      </w:r>
    </w:p>
    <w:p>
      <w:pPr>
        <w:pStyle w:val="Heading2"/>
      </w:pPr>
      <w:r>
        <w:t>6-8 Weeks Before Launch: Build a World Before You Announce a Book</w:t>
      </w:r>
    </w:p>
    <w:p>
      <w:r>
        <w:t>This is the most important phase and the one most authors skip entirely. For 6-8 weeks before anyone knows your book exists, you are going to drop fragments of a world into TikTok, Instagram, and Substack.</w:t>
      </w:r>
    </w:p>
    <w:p>
      <w:r>
        <w:t>No book title. No cover. No "coming soon." Just a world that people stumble into and cannot leave.</w:t>
      </w:r>
    </w:p>
    <w:p>
      <w:pPr>
        <w:pStyle w:val="Heading3"/>
      </w:pPr>
      <w:r>
        <w:t>The Content Strategy</w:t>
      </w:r>
    </w:p>
    <w:p>
      <w:r>
        <w:rPr>
          <w:b/>
          <w:sz w:val="22"/>
        </w:rPr>
        <w:t>TikTok (3-4 posts per week)</w:t>
      </w:r>
    </w:p>
    <w:p>
      <w:pPr>
        <w:pStyle w:val="ListBullet"/>
      </w:pPr>
      <w:r>
        <w:t>POV hooks from unnamed characters: "POV: you just found out the man protecting you is the reason you need protection"</w:t>
      </w:r>
    </w:p>
    <w:p>
      <w:pPr>
        <w:pStyle w:val="ListBullet"/>
      </w:pPr>
      <w:r>
        <w:t>Aesthetic mood videos with voiceover: dark visuals, atmospheric music, one devastating line of text</w:t>
      </w:r>
    </w:p>
    <w:p>
      <w:pPr>
        <w:pStyle w:val="ListBullet"/>
      </w:pPr>
      <w:r>
        <w:t>Lore drops: fragments of world-building that raise questions without answering them</w:t>
      </w:r>
    </w:p>
    <w:p>
      <w:pPr>
        <w:pStyle w:val="ListBullet"/>
      </w:pPr>
      <w:r>
        <w:t>"What if" scenarios pulled from your book but presented as hypotheticals</w:t>
      </w:r>
    </w:p>
    <w:p>
      <w:r>
        <w:rPr>
          <w:b/>
          <w:sz w:val="22"/>
        </w:rPr>
        <w:t>Instagram (3-4 posts per week)</w:t>
      </w:r>
    </w:p>
    <w:p>
      <w:pPr>
        <w:pStyle w:val="ListBullet"/>
      </w:pPr>
      <w:r>
        <w:t>Mood board carousels: atmospheric images with quote overlays</w:t>
      </w:r>
    </w:p>
    <w:p>
      <w:pPr>
        <w:pStyle w:val="ListBullet"/>
      </w:pPr>
      <w:r>
        <w:t>Character aesthetic posts: "Someone in my next project looks at the heroine like she is a mistake he wants to keep"</w:t>
      </w:r>
    </w:p>
    <w:p>
      <w:pPr>
        <w:pStyle w:val="ListBullet"/>
      </w:pPr>
      <w:r>
        <w:t>Short Reels repurposed from TikTok content</w:t>
      </w:r>
    </w:p>
    <w:p>
      <w:pPr>
        <w:pStyle w:val="ListBullet"/>
      </w:pPr>
      <w:r>
        <w:t>Story polls: "Would you stay if you found out he was not human?" Let readers vote</w:t>
      </w:r>
    </w:p>
    <w:p>
      <w:r>
        <w:rPr>
          <w:b/>
          <w:sz w:val="22"/>
        </w:rPr>
        <w:t>Substack (1-2 posts per week)</w:t>
      </w:r>
    </w:p>
    <w:p>
      <w:pPr>
        <w:pStyle w:val="ListBullet"/>
      </w:pPr>
      <w:r>
        <w:t>Short atmospheric scenes from the book with no context: "I wrote this today and I cannot stop thinking about it"</w:t>
      </w:r>
    </w:p>
    <w:p>
      <w:pPr>
        <w:pStyle w:val="ListBullet"/>
      </w:pPr>
      <w:r>
        <w:t>World-building essays: "I have been researching Louisiana swamp folklore for a project and what I found terrified me"</w:t>
      </w:r>
    </w:p>
    <w:p>
      <w:pPr>
        <w:pStyle w:val="ListBullet"/>
      </w:pPr>
      <w:r>
        <w:t>Behind-the-process confessions: "I did not plan to write this character. He showed up and refused to leave"</w:t>
      </w:r>
    </w:p>
    <w:p>
      <w:pPr>
        <w:pStyle w:val="Heading2"/>
      </w:pPr>
      <w:r>
        <w:t>Using the Suite: Generating Phase 1 Content</w:t>
      </w:r>
    </w:p>
    <w:p>
      <w:pPr>
        <w:pStyle w:val="ListBullet"/>
      </w:pPr>
      <w:r>
        <w:t>TeaserPro: Switch to "From Book DNA" mode. Generate carousels from your book identity without pasting specific scenes. Use the 3-slide format for quick, punchy mystery teasers.</w:t>
      </w:r>
    </w:p>
    <w:p>
      <w:pPr>
        <w:pStyle w:val="ListBullet"/>
      </w:pPr>
      <w:r>
        <w:t>HookHero: Generate TikTok hooks and Instagram caption hooks. Select your specific genre for hooks that match your book community.</w:t>
      </w:r>
    </w:p>
    <w:p>
      <w:pPr>
        <w:pStyle w:val="ListBullet"/>
      </w:pPr>
      <w:r>
        <w:t>OmniSqueeze: Take one hook and multiply it across platforms. One idea becomes a TikTok script, an Instagram caption, and a Substack teaser.</w:t>
      </w:r>
    </w:p>
    <w:p>
      <w:pPr>
        <w:pStyle w:val="Heading3"/>
      </w:pPr>
      <w:r>
        <w:t>The Golden Rules of Phase 1</w:t>
      </w:r>
    </w:p>
    <w:p>
      <w:pPr>
        <w:pStyle w:val="ListNumber"/>
      </w:pPr>
      <w:r>
        <w:t>Never mention the book title, cover, or release date</w:t>
      </w:r>
    </w:p>
    <w:p>
      <w:pPr>
        <w:pStyle w:val="ListNumber"/>
      </w:pPr>
      <w:r>
        <w:t>Every post should raise a question it does not answer</w:t>
      </w:r>
    </w:p>
    <w:p>
      <w:pPr>
        <w:pStyle w:val="ListNumber"/>
      </w:pPr>
      <w:r>
        <w:t>Use second person ("you") to pull the reader into the world</w:t>
      </w:r>
    </w:p>
    <w:p>
      <w:pPr>
        <w:pStyle w:val="ListNumber"/>
      </w:pPr>
      <w:r>
        <w:t>Be specific about details but vague about meaning: "forty acres of Louisiana swamp" is specific. "Four things already living on it" is vague. Both in the same sentence is viral.</w:t>
      </w:r>
    </w:p>
    <w:p>
      <w:pPr>
        <w:pStyle w:val="ListNumber"/>
      </w:pPr>
      <w:r>
        <w:t>Post consistently. The algorithm rewards regularity more than perfection.</w:t>
      </w:r>
    </w:p>
    <w:p>
      <w:r>
        <w:rPr>
          <w:b/>
          <w:color w:val="8B6F2A"/>
        </w:rPr>
        <w:t xml:space="preserve">What Success Looks Like: </w:t>
      </w:r>
      <w:r>
        <w:t>By the end of Phase 1, you should have people commenting "what book is this?" and "I need this" on your posts. Those comments are gold. Do NOT answer them yet.</w:t>
      </w:r>
    </w:p>
    <w:p>
      <w:r>
        <w:br w:type="page"/>
      </w:r>
    </w:p>
    <w:p>
      <w:pPr>
        <w:pStyle w:val="Heading1"/>
      </w:pPr>
      <w:r>
        <w:t>Module 4: The Anatomy of a Viral Hook</w:t>
      </w:r>
    </w:p>
    <w:p>
      <w:pPr>
        <w:pStyle w:val="Heading2"/>
      </w:pPr>
      <w:r>
        <w:t>Why Some Hooks Stop the Scroll and Others Die in Silence</w:t>
      </w:r>
    </w:p>
    <w:p>
      <w:r>
        <w:t>Not all hooks are created equal. Most author marketing content sounds like a back-cover blurb read aloud. That is not a hook. A hook is a cognitive trap: it creates a question the reader cannot answer without engaging further.</w:t>
      </w:r>
    </w:p>
    <w:p>
      <w:pPr>
        <w:pStyle w:val="Heading2"/>
      </w:pPr>
      <w:r>
        <w:t>The Five Techniques That Make Hooks Viral</w:t>
      </w:r>
    </w:p>
    <w:p>
      <w:r>
        <w:rPr>
          <w:b/>
          <w:sz w:val="22"/>
        </w:rPr>
        <w:t>1. The Turn</w:t>
      </w:r>
    </w:p>
    <w:p>
      <w:r>
        <w:t>Every line must REVERSE or COMPLICATE what came before. Not continue it. Flip it.</w:t>
      </w:r>
    </w:p>
    <w:p>
      <w:pPr>
        <w:pStyle w:val="ListBullet"/>
      </w:pPr>
      <w:r>
        <w:t>"She came to an academy built for power." - setup</w:t>
      </w:r>
    </w:p>
    <w:p>
      <w:pPr>
        <w:pStyle w:val="ListBullet"/>
      </w:pPr>
      <w:r>
        <w:t>"She has none." - TURN</w:t>
      </w:r>
    </w:p>
    <w:p>
      <w:pPr>
        <w:pStyle w:val="ListBullet"/>
      </w:pPr>
      <w:r>
        <w:t>"The tests say she is nothing." - deepens</w:t>
      </w:r>
    </w:p>
    <w:p>
      <w:pPr>
        <w:pStyle w:val="ListBullet"/>
      </w:pPr>
      <w:r>
        <w:t>"The monsters disagree." - TURN</w:t>
      </w:r>
    </w:p>
    <w:p>
      <w:r>
        <w:t>If your next line just adds more information without flipping or contradicting the previous line, delete it and write a turn instead.</w:t>
      </w:r>
    </w:p>
    <w:p>
      <w:r>
        <w:rPr>
          <w:b/>
          <w:sz w:val="22"/>
        </w:rPr>
        <w:t>2. Withhold the Noun</w:t>
      </w:r>
    </w:p>
    <w:p>
      <w:r>
        <w:t>Say "four things" not "four men." Say "something beneath the surface" not "a sea creature." The moment you name it, the mystery dies. Let the reader's imagination do the work. It will always be scarier, hotter, and more compelling than anything you specify.</w:t>
      </w:r>
    </w:p>
    <w:p>
      <w:r>
        <w:rPr>
          <w:b/>
          <w:sz w:val="22"/>
        </w:rPr>
        <w:t>3. Parallel Structure</w:t>
      </w:r>
    </w:p>
    <w:p>
      <w:r>
        <w:t>Repetition with variation creates rhythm and momentum:</w:t>
      </w:r>
    </w:p>
    <w:p>
      <w:pPr>
        <w:pStyle w:val="ListBullet"/>
      </w:pPr>
      <w:r>
        <w:t>"One in the house. One at the boundary. One in the deep water. One made of light."</w:t>
      </w:r>
    </w:p>
    <w:p>
      <w:pPr>
        <w:pStyle w:val="ListBullet"/>
      </w:pPr>
      <w:r>
        <w:t>"Close enough to feel. Close enough to choose."</w:t>
      </w:r>
    </w:p>
    <w:p>
      <w:r>
        <w:t>This is what makes content feel like one thing building instead of separate ideas.</w:t>
      </w:r>
    </w:p>
    <w:p>
      <w:r>
        <w:rPr>
          <w:b/>
          <w:sz w:val="22"/>
        </w:rPr>
        <w:t>4. Compression</w:t>
      </w:r>
    </w:p>
    <w:p>
      <w:r>
        <w:t>Lines get SHORTER as tension builds. Start with 15-20 words. End with 5-8. The compression creates physical urgency. The reader speeds up. Their heart rate increases.</w:t>
      </w:r>
    </w:p>
    <w:p>
      <w:r>
        <w:rPr>
          <w:b/>
          <w:sz w:val="22"/>
        </w:rPr>
        <w:t>5. The Last Line Reframes Everything</w:t>
      </w:r>
    </w:p>
    <w:p>
      <w:r>
        <w:t>The final line does not just end the sequence. It retroactively changes the meaning of every line before it.</w:t>
      </w:r>
    </w:p>
    <w:p>
      <w:pPr>
        <w:pStyle w:val="ListBullet"/>
      </w:pPr>
      <w:r>
        <w:t>"They have been waiting for you" transforms the entire thing from "you discovered something" to "you were chosen."</w:t>
      </w:r>
    </w:p>
    <w:p>
      <w:pPr>
        <w:pStyle w:val="ListBullet"/>
      </w:pPr>
      <w:r>
        <w:t>"Or have you finally learned how to be one?" transforms a revenge story into a corruption story.</w:t>
      </w:r>
    </w:p>
    <w:p>
      <w:r>
        <w:t>The reader has to mentally re-read every previous line with new eyes. This is what makes people SAVE and SHARE.</w:t>
      </w:r>
    </w:p>
    <w:p>
      <w:pPr>
        <w:pStyle w:val="Heading3"/>
      </w:pPr>
      <w:r>
        <w:t>Exercise: Write Three Hooks Using These Techniques</w:t>
      </w:r>
    </w:p>
    <w:p>
      <w:r>
        <w:t>Take your core contradiction from Module 2 and write three different hooks. Each one should:</w:t>
      </w:r>
    </w:p>
    <w:p>
      <w:pPr>
        <w:pStyle w:val="ListBullet"/>
      </w:pPr>
      <w:r>
        <w:t>Start with "You" (second person)</w:t>
      </w:r>
    </w:p>
    <w:p>
      <w:pPr>
        <w:pStyle w:val="ListBullet"/>
      </w:pPr>
      <w:r>
        <w:t>Contain at least one turn (reversal or contradiction)</w:t>
      </w:r>
    </w:p>
    <w:p>
      <w:pPr>
        <w:pStyle w:val="ListBullet"/>
      </w:pPr>
      <w:r>
        <w:t>Withhold at least one noun (something unnamed)</w:t>
      </w:r>
    </w:p>
    <w:p>
      <w:pPr>
        <w:pStyle w:val="ListBullet"/>
      </w:pPr>
      <w:r>
        <w:t>End with a line that reframes what came before</w:t>
      </w:r>
    </w:p>
    <w:p>
      <w:r>
        <w:t>Test them by reading them to someone. If they say "wait, what?" you have a hook. If they nod politely, start over.</w:t>
      </w:r>
    </w:p>
    <w:p>
      <w:r>
        <w:br w:type="page"/>
      </w:r>
    </w:p>
    <w:p>
      <w:pPr>
        <w:pStyle w:val="Heading1"/>
      </w:pPr>
      <w:r>
        <w:t>Module 5: Phase 2 - The Reveal</w:t>
      </w:r>
    </w:p>
    <w:p>
      <w:pPr>
        <w:pStyle w:val="Heading2"/>
      </w:pPr>
      <w:r>
        <w:t>3-4 Weeks Before Launch: The World Gets a Name</w:t>
      </w:r>
    </w:p>
    <w:p>
      <w:r>
        <w:t>Your audience has been living with fragments of your world for weeks. They have been commenting "what is this?" and "I need this book." Now you give the world a name.</w:t>
      </w:r>
    </w:p>
    <w:p>
      <w:r>
        <w:t>But you do not do it all at once. You reveal in layers.</w:t>
      </w:r>
    </w:p>
    <w:p>
      <w:pPr>
        <w:pStyle w:val="Heading3"/>
      </w:pPr>
      <w:r>
        <w:t>Week 1: Character Reveals</w:t>
      </w:r>
    </w:p>
    <w:p>
      <w:r>
        <w:t>Your unnamed characters from Phase 1 get names and identities.</w:t>
      </w:r>
    </w:p>
    <w:p>
      <w:pPr>
        <w:pStyle w:val="ListBullet"/>
      </w:pPr>
      <w:r>
        <w:t>TikTok: "His name is [character]. And he is worse than you think." followed by a character aesthetic video</w:t>
      </w:r>
    </w:p>
    <w:p>
      <w:pPr>
        <w:pStyle w:val="ListBullet"/>
      </w:pPr>
      <w:r>
        <w:t>Instagram: Character profile carousels. Name, role, one devastating quote, aesthetic imagery</w:t>
      </w:r>
    </w:p>
    <w:p>
      <w:pPr>
        <w:pStyle w:val="ListBullet"/>
      </w:pPr>
      <w:r>
        <w:t>Substack: A character study. "Let me tell you about the character who broke me to write."</w:t>
      </w:r>
    </w:p>
    <w:p>
      <w:r>
        <w:t>The people who followed Phase 1 will feel like insiders. They watched these characters exist as mysteries and now they get to know them. This creates loyalty that no amount of advertising can buy.</w:t>
      </w:r>
    </w:p>
    <w:p>
      <w:pPr>
        <w:pStyle w:val="Heading3"/>
      </w:pPr>
      <w:r>
        <w:t>Week 2: The Title Drop</w:t>
      </w:r>
    </w:p>
    <w:p>
      <w:r>
        <w:t>Now the book gets a title. Make it an event.</w:t>
      </w:r>
    </w:p>
    <w:p>
      <w:pPr>
        <w:pStyle w:val="ListBullet"/>
      </w:pPr>
      <w:r>
        <w:t>TikTok: A cinematic title reveal video. Atmospheric footage, building music, the title appearing on screen. Keep it under 30 seconds.</w:t>
      </w:r>
    </w:p>
    <w:p>
      <w:pPr>
        <w:pStyle w:val="ListBullet"/>
      </w:pPr>
      <w:r>
        <w:t>Instagram: A designed title graphic posted as a carousel with the first slide being a hook from Phase 1 and the last slide being the title</w:t>
      </w:r>
    </w:p>
    <w:p>
      <w:pPr>
        <w:pStyle w:val="ListBullet"/>
      </w:pPr>
      <w:r>
        <w:t>Substack: "It finally has a name." A post about the title, what it means, and what is coming</w:t>
      </w:r>
    </w:p>
    <w:p>
      <w:pPr>
        <w:pStyle w:val="Heading3"/>
      </w:pPr>
      <w:r>
        <w:t>Week 3: The Cover</w:t>
      </w:r>
    </w:p>
    <w:p>
      <w:r>
        <w:t>Yes, the cover reveal still happens. But by now your audience has been emotionally invested for weeks. The cover is not the first impression. It is the confirmation of everything they have been imagining.</w:t>
      </w:r>
    </w:p>
    <w:p>
      <w:pPr>
        <w:pStyle w:val="ListBullet"/>
      </w:pPr>
      <w:r>
        <w:t>Do NOT do a scheduled blog tour cover reveal. Drop it as a Reel or TikTok with the hooks that have been performing best as the buildup</w:t>
      </w:r>
    </w:p>
    <w:p>
      <w:pPr>
        <w:pStyle w:val="ListBullet"/>
      </w:pPr>
      <w:r>
        <w:t>Let your Substack subscribers see it first. Reward their loyalty. They will screenshot and share it everywhere</w:t>
      </w:r>
    </w:p>
    <w:p>
      <w:pPr>
        <w:pStyle w:val="Heading3"/>
      </w:pPr>
      <w:r>
        <w:t>Week 4: ARC Strategy</w:t>
      </w:r>
    </w:p>
    <w:p>
      <w:r>
        <w:t>Now ARCs go out, but to a warm audience, not a cold one.</w:t>
      </w:r>
    </w:p>
    <w:p>
      <w:pPr>
        <w:pStyle w:val="ListBullet"/>
      </w:pPr>
      <w:r>
        <w:t>Use ARC Pitch Writer in the suite to generate compelling, personalized pitches</w:t>
      </w:r>
    </w:p>
    <w:p>
      <w:pPr>
        <w:pStyle w:val="ListBullet"/>
      </w:pPr>
      <w:r>
        <w:t>Send to the readers who have been engaging with your Phase 1 and Phase 2 content first. They are your priority reviewers.</w:t>
      </w:r>
    </w:p>
    <w:p>
      <w:pPr>
        <w:pStyle w:val="ListBullet"/>
      </w:pPr>
      <w:r>
        <w:t>Create an exclusive "early reader" group. Make it feel like an inner circle, not a marketing list.</w:t>
      </w:r>
    </w:p>
    <w:p>
      <w:r>
        <w:rPr>
          <w:b/>
          <w:color w:val="8B6F2A"/>
        </w:rPr>
        <w:t xml:space="preserve">Suite Workflow: </w:t>
      </w:r>
      <w:r>
        <w:t>Use TeaserPro to generate reveal carousels. Use HookHero for the hooks that introduce each character. Use ARC Pitch Writer for your outreach emails. All pulling from the same Book DNA.</w:t>
      </w:r>
    </w:p>
    <w:p>
      <w:r>
        <w:br w:type="page"/>
      </w:r>
    </w:p>
    <w:p>
      <w:pPr>
        <w:pStyle w:val="Heading1"/>
      </w:pPr>
      <w:r>
        <w:t>Module 6: Phase 3 - The Flood</w:t>
      </w:r>
    </w:p>
    <w:p>
      <w:pPr>
        <w:pStyle w:val="Heading2"/>
      </w:pPr>
      <w:r>
        <w:t>Launch Week: Coordinated Content Blitz</w:t>
      </w:r>
    </w:p>
    <w:p>
      <w:r>
        <w:t>Launch week is not one post saying "my book is out." It is a coordinated flood across all three platforms, every single day, with content designed for different purposes.</w:t>
      </w:r>
    </w:p>
    <w:p>
      <w:pPr>
        <w:pStyle w:val="Heading2"/>
      </w:pPr>
      <w:r>
        <w:t>The Launch Week Calendar</w:t>
      </w:r>
    </w:p>
    <w:p>
      <w:r>
        <w:rPr>
          <w:b/>
          <w:sz w:val="22"/>
        </w:rPr>
        <w:t>Day 1 (Launch Day)</w:t>
      </w:r>
    </w:p>
    <w:p>
      <w:pPr>
        <w:pStyle w:val="ListBullet"/>
      </w:pPr>
      <w:r>
        <w:t>TikTok: Your strongest hook as a cinematic video. Pin it to your profile.</w:t>
      </w:r>
    </w:p>
    <w:p>
      <w:pPr>
        <w:pStyle w:val="ListBullet"/>
      </w:pPr>
      <w:r>
        <w:t>Instagram: Launch carousel (7 slides, your best viral thread). Pin to grid.</w:t>
      </w:r>
    </w:p>
    <w:p>
      <w:pPr>
        <w:pStyle w:val="ListBullet"/>
      </w:pPr>
      <w:r>
        <w:t>Substack: Launch post with exclusive first-chapter excerpt or bonus scene. Include buy links.</w:t>
      </w:r>
    </w:p>
    <w:p>
      <w:pPr>
        <w:pStyle w:val="ListBullet"/>
      </w:pPr>
      <w:r>
        <w:t>All platforms: Update bios with book title and link</w:t>
      </w:r>
    </w:p>
    <w:p>
      <w:r>
        <w:rPr>
          <w:b/>
          <w:sz w:val="22"/>
        </w:rPr>
        <w:t>Day 2: Social Proof</w:t>
      </w:r>
    </w:p>
    <w:p>
      <w:pPr>
        <w:pStyle w:val="ListBullet"/>
      </w:pPr>
      <w:r>
        <w:t>Share early reader reactions. Screenshot DMs (with permission). Quote reviews.</w:t>
      </w:r>
    </w:p>
    <w:p>
      <w:pPr>
        <w:pStyle w:val="ListBullet"/>
      </w:pPr>
      <w:r>
        <w:t>Create a "readers are saying" carousel on Instagram</w:t>
      </w:r>
    </w:p>
    <w:p>
      <w:pPr>
        <w:pStyle w:val="ListBullet"/>
      </w:pPr>
      <w:r>
        <w:t>TikTok: React to your own early reviews</w:t>
      </w:r>
    </w:p>
    <w:p>
      <w:r>
        <w:rPr>
          <w:b/>
          <w:sz w:val="22"/>
        </w:rPr>
        <w:t>Day 3: Behind the Scenes</w:t>
      </w:r>
    </w:p>
    <w:p>
      <w:pPr>
        <w:pStyle w:val="ListBullet"/>
      </w:pPr>
      <w:r>
        <w:t>The emotional story of writing this book. What it cost you. Why it matters.</w:t>
      </w:r>
    </w:p>
    <w:p>
      <w:pPr>
        <w:pStyle w:val="ListBullet"/>
      </w:pPr>
      <w:r>
        <w:t>This is the authenticity content. BookTok thrives on genuine emotion.</w:t>
      </w:r>
    </w:p>
    <w:p>
      <w:r>
        <w:rPr>
          <w:b/>
          <w:sz w:val="22"/>
        </w:rPr>
        <w:t>Day 4: Trope Content</w:t>
      </w:r>
    </w:p>
    <w:p>
      <w:pPr>
        <w:pStyle w:val="ListBullet"/>
      </w:pPr>
      <w:r>
        <w:t>"If you love [trope stack], you need this book" format</w:t>
      </w:r>
    </w:p>
    <w:p>
      <w:pPr>
        <w:pStyle w:val="ListBullet"/>
      </w:pPr>
      <w:r>
        <w:t>Use TropeFinder data from the suite to identify your strongest tropes</w:t>
      </w:r>
    </w:p>
    <w:p>
      <w:pPr>
        <w:pStyle w:val="ListBullet"/>
      </w:pPr>
      <w:r>
        <w:t>Tag and duet with BookTok creators who read your genre</w:t>
      </w:r>
    </w:p>
    <w:p>
      <w:r>
        <w:rPr>
          <w:b/>
          <w:sz w:val="22"/>
        </w:rPr>
        <w:t>Day 5: The Scene Drop</w:t>
      </w:r>
    </w:p>
    <w:p>
      <w:pPr>
        <w:pStyle w:val="ListBullet"/>
      </w:pPr>
      <w:r>
        <w:t>Share your most viral scene. The one that makes readers gasp.</w:t>
      </w:r>
    </w:p>
    <w:p>
      <w:pPr>
        <w:pStyle w:val="ListBullet"/>
      </w:pPr>
      <w:r>
        <w:t>Use TeaserPro Viral Scene Finder to identify which scenes hit hardest</w:t>
      </w:r>
    </w:p>
    <w:p>
      <w:pPr>
        <w:pStyle w:val="ListBullet"/>
      </w:pPr>
      <w:r>
        <w:t>Post it as a text-on-screen TikTok with atmospheric audio</w:t>
      </w:r>
    </w:p>
    <w:p>
      <w:r>
        <w:rPr>
          <w:b/>
          <w:sz w:val="22"/>
        </w:rPr>
        <w:t>Day 6-7: Engage and Amplify</w:t>
      </w:r>
    </w:p>
    <w:p>
      <w:pPr>
        <w:pStyle w:val="ListBullet"/>
      </w:pPr>
      <w:r>
        <w:t>Respond to every comment. Duet fan reactions. Stitch reviews.</w:t>
      </w:r>
    </w:p>
    <w:p>
      <w:pPr>
        <w:pStyle w:val="ListBullet"/>
      </w:pPr>
      <w:r>
        <w:t>The algorithm rewards engagement in the first week more than any other time.</w:t>
      </w:r>
    </w:p>
    <w:p>
      <w:pPr>
        <w:pStyle w:val="Heading3"/>
      </w:pPr>
      <w:r>
        <w:t>The 80/20 Rule in Practice</w:t>
      </w:r>
    </w:p>
    <w:p>
      <w:r>
        <w:t>Even during launch week, not every post should scream "buy my book." Mix in:</w:t>
      </w:r>
    </w:p>
    <w:p>
      <w:pPr>
        <w:pStyle w:val="ListBullet"/>
      </w:pPr>
      <w:r>
        <w:t>Writing advice or genre commentary (value content)</w:t>
      </w:r>
    </w:p>
    <w:p>
      <w:pPr>
        <w:pStyle w:val="ListBullet"/>
      </w:pPr>
      <w:r>
        <w:t>Memes about your tropes or genre</w:t>
      </w:r>
    </w:p>
    <w:p>
      <w:pPr>
        <w:pStyle w:val="ListBullet"/>
      </w:pPr>
      <w:r>
        <w:t>Reactions to other books in your genre (community content)</w:t>
      </w:r>
    </w:p>
    <w:p>
      <w:r>
        <w:t>The ratio should be roughly 60% launch content, 40% community and value during this week. After launch week, flip back to 80% value and 20% promo.</w:t>
      </w:r>
    </w:p>
    <w:p>
      <w:r>
        <w:br w:type="page"/>
      </w:r>
    </w:p>
    <w:p>
      <w:pPr>
        <w:pStyle w:val="Heading1"/>
      </w:pPr>
      <w:r>
        <w:t>Module 7: Platform-Specific Deep Dives</w:t>
      </w:r>
    </w:p>
    <w:p>
      <w:pPr>
        <w:pStyle w:val="Heading2"/>
      </w:pPr>
      <w:r>
        <w:t>TikTok: The Discovery Engine</w:t>
      </w:r>
    </w:p>
    <w:p>
      <w:r>
        <w:t>TikTok is where strangers find you. It is the top of your funnel. The algorithm does not care about your follower count. It cares about watch time, replays, and saves.</w:t>
      </w:r>
    </w:p>
    <w:p>
      <w:r>
        <w:rPr>
          <w:b/>
          <w:sz w:val="22"/>
        </w:rPr>
        <w:t>What Works</w:t>
      </w:r>
    </w:p>
    <w:p>
      <w:pPr>
        <w:pStyle w:val="ListBullet"/>
      </w:pPr>
      <w:r>
        <w:t>Second-person POV hooks: "You just found out your husband is not human"</w:t>
      </w:r>
    </w:p>
    <w:p>
      <w:pPr>
        <w:pStyle w:val="ListBullet"/>
      </w:pPr>
      <w:r>
        <w:t>Cinematic text-on-screen with atmospheric audio (trending sounds boost reach)</w:t>
      </w:r>
    </w:p>
    <w:p>
      <w:pPr>
        <w:pStyle w:val="ListBullet"/>
      </w:pPr>
      <w:r>
        <w:t>15-30 second videos outperform longer content for book hooks</w:t>
      </w:r>
    </w:p>
    <w:p>
      <w:pPr>
        <w:pStyle w:val="ListBullet"/>
      </w:pPr>
      <w:r>
        <w:t>Audio teasers from audiobooks with subtitles consistently outperform static images</w:t>
      </w:r>
    </w:p>
    <w:p>
      <w:pPr>
        <w:pStyle w:val="ListBullet"/>
      </w:pPr>
      <w:r>
        <w:t>Duets and stitches with other BookTok creators multiply your reach</w:t>
      </w:r>
    </w:p>
    <w:p>
      <w:r>
        <w:rPr>
          <w:b/>
          <w:sz w:val="22"/>
        </w:rPr>
        <w:t>What Does Not Work</w:t>
      </w:r>
    </w:p>
    <w:p>
      <w:pPr>
        <w:pStyle w:val="ListBullet"/>
      </w:pPr>
      <w:r>
        <w:t>Talking head videos about your writing process (unless you already have an audience)</w:t>
      </w:r>
    </w:p>
    <w:p>
      <w:pPr>
        <w:pStyle w:val="ListBullet"/>
      </w:pPr>
      <w:r>
        <w:t>Plot summaries or blurb readings</w:t>
      </w:r>
    </w:p>
    <w:p>
      <w:pPr>
        <w:pStyle w:val="ListBullet"/>
      </w:pPr>
      <w:r>
        <w:t>Overproduced content that feels like an ad</w:t>
      </w:r>
    </w:p>
    <w:p>
      <w:pPr>
        <w:pStyle w:val="ListBullet"/>
      </w:pPr>
      <w:r>
        <w:t>Posting irregularly and expecting results</w:t>
      </w:r>
    </w:p>
    <w:p>
      <w:r>
        <w:rPr>
          <w:b/>
          <w:color w:val="8B6F2A"/>
        </w:rPr>
        <w:t xml:space="preserve">Posting Frequency: </w:t>
      </w:r>
      <w:r>
        <w:t>3-5 times per week minimum. The algorithm rewards consistency. One viral video means nothing if you disappear for two weeks after.</w:t>
      </w:r>
    </w:p>
    <w:p>
      <w:pPr>
        <w:pStyle w:val="Heading2"/>
      </w:pPr>
      <w:r>
        <w:t>Instagram: The Aesthetic Engine</w:t>
      </w:r>
    </w:p>
    <w:p>
      <w:r>
        <w:t>Instagram is where casual interest becomes emotional investment. Reels drive discovery. Carousels drive saves. Stories drive intimacy.</w:t>
      </w:r>
    </w:p>
    <w:p>
      <w:r>
        <w:rPr>
          <w:b/>
          <w:sz w:val="22"/>
        </w:rPr>
        <w:t>What Works</w:t>
      </w:r>
    </w:p>
    <w:p>
      <w:pPr>
        <w:pStyle w:val="ListBullet"/>
      </w:pPr>
      <w:r>
        <w:t>Carousels with hook text over aesthetic imagery (the TeaserPro format)</w:t>
      </w:r>
    </w:p>
    <w:p>
      <w:pPr>
        <w:pStyle w:val="ListBullet"/>
      </w:pPr>
      <w:r>
        <w:t>Quote posts that leave things to the imagination. Foreplay-type banter and tension, not the explicit scene.</w:t>
      </w:r>
    </w:p>
    <w:p>
      <w:pPr>
        <w:pStyle w:val="ListBullet"/>
      </w:pPr>
      <w:r>
        <w:t>Mood boards as carousel posts</w:t>
      </w:r>
    </w:p>
    <w:p>
      <w:pPr>
        <w:pStyle w:val="ListBullet"/>
      </w:pPr>
      <w:r>
        <w:t>Reels repurposed from TikTok (different audience, same content works)</w:t>
      </w:r>
    </w:p>
    <w:p>
      <w:pPr>
        <w:pStyle w:val="ListBullet"/>
      </w:pPr>
      <w:r>
        <w:t>Story polls and questions that make followers feel involved</w:t>
      </w:r>
    </w:p>
    <w:p>
      <w:r>
        <w:rPr>
          <w:b/>
          <w:sz w:val="22"/>
        </w:rPr>
        <w:t>What Does Not Work</w:t>
      </w:r>
    </w:p>
    <w:p>
      <w:pPr>
        <w:pStyle w:val="ListBullet"/>
      </w:pPr>
      <w:r>
        <w:t>Static cover image posts with "link in bio"</w:t>
      </w:r>
    </w:p>
    <w:p>
      <w:pPr>
        <w:pStyle w:val="ListBullet"/>
      </w:pPr>
      <w:r>
        <w:t>Long caption essays without a visual hook</w:t>
      </w:r>
    </w:p>
    <w:p>
      <w:pPr>
        <w:pStyle w:val="ListBullet"/>
      </w:pPr>
      <w:r>
        <w:t>Posting only on launch day</w:t>
      </w:r>
    </w:p>
    <w:p>
      <w:pPr>
        <w:pStyle w:val="Heading2"/>
      </w:pPr>
      <w:r>
        <w:t>Substack: The Intimacy Engine</w:t>
      </w:r>
    </w:p>
    <w:p>
      <w:r>
        <w:t>Substack is where readers become superfans. It is the bottom of your funnel. The people who subscribe to your Substack are your core audience. Treat them accordingly.</w:t>
      </w:r>
    </w:p>
    <w:p>
      <w:r>
        <w:rPr>
          <w:b/>
          <w:sz w:val="22"/>
        </w:rPr>
        <w:t>What Works</w:t>
      </w:r>
    </w:p>
    <w:p>
      <w:pPr>
        <w:pStyle w:val="ListBullet"/>
      </w:pPr>
      <w:r>
        <w:t>Serialized bonus content: deleted scenes, character POV chapters, world-building essays</w:t>
      </w:r>
    </w:p>
    <w:p>
      <w:pPr>
        <w:pStyle w:val="ListBullet"/>
      </w:pPr>
      <w:r>
        <w:t>Behind-the-writing confessions: the messy, emotional truth of creating</w:t>
      </w:r>
    </w:p>
    <w:p>
      <w:pPr>
        <w:pStyle w:val="ListBullet"/>
      </w:pPr>
      <w:r>
        <w:t>Welcome emails (80%+ open rates). Make yours count. Give new subscribers something immediately.</w:t>
      </w:r>
    </w:p>
    <w:p>
      <w:pPr>
        <w:pStyle w:val="ListBullet"/>
      </w:pPr>
      <w:r>
        <w:t>Notes as a growth engine: short, punchy posts that lead people to subscribe</w:t>
      </w:r>
    </w:p>
    <w:p>
      <w:pPr>
        <w:pStyle w:val="ListBullet"/>
      </w:pPr>
      <w:r>
        <w:t>Cross-promotion with other authors in your genre through Recommendations</w:t>
      </w:r>
    </w:p>
    <w:p>
      <w:r>
        <w:rPr>
          <w:b/>
          <w:sz w:val="22"/>
        </w:rPr>
        <w:t>The Math</w:t>
      </w:r>
    </w:p>
    <w:p>
      <w:pPr>
        <w:pStyle w:val="ListBullet"/>
      </w:pPr>
      <w:r>
        <w:t>2,000 engaged subscribers are worth more than 10,000 disengaged ones</w:t>
      </w:r>
    </w:p>
    <w:p>
      <w:pPr>
        <w:pStyle w:val="ListBullet"/>
      </w:pPr>
      <w:r>
        <w:t>Optimal post length: 1,200-1,500 words (roughly a 10-minute read)</w:t>
      </w:r>
    </w:p>
    <w:p>
      <w:pPr>
        <w:pStyle w:val="ListBullet"/>
      </w:pPr>
      <w:r>
        <w:t>Optimal price for paid tier: $8-10/month (if you choose to monetize)</w:t>
      </w:r>
    </w:p>
    <w:p>
      <w:pPr>
        <w:pStyle w:val="ListBullet"/>
      </w:pPr>
      <w:r>
        <w:t>Write 10-15 posts before launching to build a buffer</w:t>
      </w:r>
    </w:p>
    <w:p>
      <w:r>
        <w:br w:type="page"/>
      </w:r>
    </w:p>
    <w:p>
      <w:pPr>
        <w:pStyle w:val="Heading1"/>
      </w:pPr>
      <w:r>
        <w:t>Module 8: Phase 4 - The Ecosystem</w:t>
      </w:r>
    </w:p>
    <w:p>
      <w:pPr>
        <w:pStyle w:val="Heading2"/>
      </w:pPr>
      <w:r>
        <w:t>Post-Launch: Turning One Book Into a Content Universe</w:t>
      </w:r>
    </w:p>
    <w:p>
      <w:r>
        <w:t>Most authors stop marketing after launch week. This is where you start.</w:t>
      </w:r>
    </w:p>
    <w:p>
      <w:r>
        <w:t>The goal of Phase 4 is to turn your book into a living ecosystem that continues generating readers for months and feeds directly into your next launch.</w:t>
      </w:r>
    </w:p>
    <w:p>
      <w:pPr>
        <w:pStyle w:val="Heading2"/>
      </w:pPr>
      <w:r>
        <w:t>The Content Ecosystem</w:t>
      </w:r>
    </w:p>
    <w:p>
      <w:r>
        <w:rPr>
          <w:b/>
          <w:sz w:val="22"/>
        </w:rPr>
        <w:t>Substack Serialization</w:t>
      </w:r>
    </w:p>
    <w:p>
      <w:r>
        <w:t>Your Substack becomes the home base for your book world:</w:t>
      </w:r>
    </w:p>
    <w:p>
      <w:pPr>
        <w:pStyle w:val="ListBullet"/>
      </w:pPr>
      <w:r>
        <w:t>Alternate POV chapters (scenes from the love interest perspective)</w:t>
      </w:r>
    </w:p>
    <w:p>
      <w:pPr>
        <w:pStyle w:val="ListBullet"/>
      </w:pPr>
      <w:r>
        <w:t>Deleted scenes with commentary on why they were cut</w:t>
      </w:r>
    </w:p>
    <w:p>
      <w:pPr>
        <w:pStyle w:val="ListBullet"/>
      </w:pPr>
      <w:r>
        <w:t>Character interviews or "ask the character" posts</w:t>
      </w:r>
    </w:p>
    <w:p>
      <w:pPr>
        <w:pStyle w:val="ListBullet"/>
      </w:pPr>
      <w:r>
        <w:t>World-building deep dives that expand the lore</w:t>
      </w:r>
    </w:p>
    <w:p>
      <w:pPr>
        <w:pStyle w:val="ListBullet"/>
      </w:pPr>
      <w:r>
        <w:t>If writing a series: early teasers for Book 2 that reward your existing readers</w:t>
      </w:r>
    </w:p>
    <w:p>
      <w:r>
        <w:rPr>
          <w:b/>
          <w:sz w:val="22"/>
        </w:rPr>
        <w:t>Evergreen TikTok and Reels</w:t>
      </w:r>
    </w:p>
    <w:p>
      <w:r>
        <w:t>Your launch content has a shelf life. Evergreen content does not:</w:t>
      </w:r>
    </w:p>
    <w:p>
      <w:pPr>
        <w:pStyle w:val="ListBullet"/>
      </w:pPr>
      <w:r>
        <w:t>"Books like mine" recommendation videos (your book appears alongside popular comp titles)</w:t>
      </w:r>
    </w:p>
    <w:p>
      <w:pPr>
        <w:pStyle w:val="ListBullet"/>
      </w:pPr>
      <w:r>
        <w:t>Trope-based content that surfaces when readers search for your tropes</w:t>
      </w:r>
    </w:p>
    <w:p>
      <w:pPr>
        <w:pStyle w:val="ListBullet"/>
      </w:pPr>
      <w:r>
        <w:t>"If you liked [popular book], read this" format</w:t>
      </w:r>
    </w:p>
    <w:p>
      <w:pPr>
        <w:pStyle w:val="ListBullet"/>
      </w:pPr>
      <w:r>
        <w:t>Seasonal or trend-reactive content that ties your book to current BookTok conversations</w:t>
      </w:r>
    </w:p>
    <w:p>
      <w:r>
        <w:rPr>
          <w:b/>
          <w:sz w:val="22"/>
        </w:rPr>
        <w:t>Reader-Generated Content</w:t>
      </w:r>
    </w:p>
    <w:p>
      <w:r>
        <w:t>The most powerful marketing is not yours. It is your readers:</w:t>
      </w:r>
    </w:p>
    <w:p>
      <w:pPr>
        <w:pStyle w:val="ListBullet"/>
      </w:pPr>
      <w:r>
        <w:t>Create shareable quote graphics that readers want to post</w:t>
      </w:r>
    </w:p>
    <w:p>
      <w:pPr>
        <w:pStyle w:val="ListBullet"/>
      </w:pPr>
      <w:r>
        <w:t>Encourage fan art, mood boards, and playlists</w:t>
      </w:r>
    </w:p>
    <w:p>
      <w:pPr>
        <w:pStyle w:val="ListBullet"/>
      </w:pPr>
      <w:r>
        <w:t>Feature reader reactions on your platforms</w:t>
      </w:r>
    </w:p>
    <w:p>
      <w:pPr>
        <w:pStyle w:val="ListBullet"/>
      </w:pPr>
      <w:r>
        <w:t>Build a hashtag for your book and engage with every post that uses it</w:t>
      </w:r>
    </w:p>
    <w:p>
      <w:pPr>
        <w:pStyle w:val="Heading3"/>
      </w:pPr>
      <w:r>
        <w:t>Feeding the Next Launch</w:t>
      </w:r>
    </w:p>
    <w:p>
      <w:r>
        <w:t>Every piece of Phase 4 content is also Phase 1 content for your next book. The cycle is:</w:t>
      </w:r>
    </w:p>
    <w:p>
      <w:pPr>
        <w:pStyle w:val="ListNumber"/>
      </w:pPr>
      <w:r>
        <w:t>Launch Book 1</w:t>
      </w:r>
    </w:p>
    <w:p>
      <w:pPr>
        <w:pStyle w:val="ListNumber"/>
      </w:pPr>
      <w:r>
        <w:t>Build ecosystem content around Book 1</w:t>
      </w:r>
    </w:p>
    <w:p>
      <w:pPr>
        <w:pStyle w:val="ListNumber"/>
      </w:pPr>
      <w:r>
        <w:t>Begin dropping mystery content for Book 2 (which your Book 1 readers will recognize as connected)</w:t>
      </w:r>
    </w:p>
    <w:p>
      <w:pPr>
        <w:pStyle w:val="ListNumber"/>
      </w:pPr>
      <w:r>
        <w:t>Your Book 1 readers become the insider audience for Book 2 Phase 1</w:t>
      </w:r>
    </w:p>
    <w:p>
      <w:pPr>
        <w:pStyle w:val="ListNumber"/>
      </w:pPr>
      <w:r>
        <w:t>Repeat</w:t>
      </w:r>
    </w:p>
    <w:p>
      <w:r>
        <w:t>Each book launch is easier than the last because your audience compounds.</w:t>
      </w:r>
    </w:p>
    <w:p>
      <w:r>
        <w:br w:type="page"/>
      </w:r>
    </w:p>
    <w:p>
      <w:pPr>
        <w:pStyle w:val="Heading1"/>
      </w:pPr>
      <w:r>
        <w:t>Module 9: The Darkling Suite Launch Workflow</w:t>
      </w:r>
    </w:p>
    <w:p>
      <w:pPr>
        <w:pStyle w:val="Heading2"/>
      </w:pPr>
      <w:r>
        <w:t>Using Every Tool in the Right Order</w:t>
      </w:r>
    </w:p>
    <w:p>
      <w:r>
        <w:t>Here is the exact workflow for using the Darkling Collective Marketing Suite to execute this launch strategy. The tools are designed to work in pipeline order: each one feeds the next.</w:t>
      </w:r>
    </w:p>
    <w:p>
      <w:pPr>
        <w:pStyle w:val="Heading3"/>
      </w:pPr>
      <w:r>
        <w:t>Step 1: Upload and Extract (Suite Hub)</w:t>
      </w:r>
    </w:p>
    <w:p>
      <w:r>
        <w:t>Upload your manuscript to the Suite Hub. Click "Extract &amp; Feed All Tools." The AI reads your entire book and populates every tool with your Book DNA: title, genre, tropes, premise, wound, characters, worldbuilding, comps, hooks, and art direction.</w:t>
      </w:r>
    </w:p>
    <w:p>
      <w:pPr>
        <w:pStyle w:val="Heading3"/>
      </w:pPr>
      <w:r>
        <w:t>Step 2: Structure Your Story (PlotArchitect)</w:t>
      </w:r>
    </w:p>
    <w:p>
      <w:r>
        <w:t>Open PlotArchitect. Your book data is already loaded. Use it to identify your viral framework: the core contradiction, the emotional arc, and the structural hooks that map to content types.</w:t>
      </w:r>
    </w:p>
    <w:p>
      <w:pPr>
        <w:pStyle w:val="Heading3"/>
      </w:pPr>
      <w:r>
        <w:t>Step 3: Generate Hooks (HookHero)</w:t>
      </w:r>
    </w:p>
    <w:p>
      <w:r>
        <w:t>Open HookHero. Select your specific genre. Paste a scene or let it pull from your brain data. Generate TikTok hooks, newsletter teasers, Instagram captions, and a viral blurb. You will get 5 hooks, 3 teasers, 3 captions, and a blurb in one click.</w:t>
      </w:r>
    </w:p>
    <w:p>
      <w:pPr>
        <w:pStyle w:val="Heading3"/>
      </w:pPr>
      <w:r>
        <w:t>Step 4: Build Carousels (TeaserPro)</w:t>
      </w:r>
    </w:p>
    <w:p>
      <w:r>
        <w:t>Open TeaserPro. You have two modes:</w:t>
      </w:r>
    </w:p>
    <w:p>
      <w:pPr>
        <w:pStyle w:val="ListBullet"/>
      </w:pPr>
      <w:r>
        <w:t>"From Scene" - paste your most viral scenes (use the Viral Scene Finder to identify them)</w:t>
      </w:r>
    </w:p>
    <w:p>
      <w:pPr>
        <w:pStyle w:val="ListBullet"/>
      </w:pPr>
      <w:r>
        <w:t>"From Book DNA" - generate carousels from your book identity without needing a specific scene</w:t>
      </w:r>
    </w:p>
    <w:p>
      <w:r>
        <w:t>Select your genre, choose your slide count (3, 5, or 7), pick square or vertical format, and generate. Edit any slide text by clicking on it directly. Generate AI visuals or use text-only mode.</w:t>
      </w:r>
    </w:p>
    <w:p>
      <w:pPr>
        <w:pStyle w:val="Heading3"/>
      </w:pPr>
      <w:r>
        <w:t>Step 5: Multiply Across Platforms (OmniSqueeze)</w:t>
      </w:r>
    </w:p>
    <w:p>
      <w:r>
        <w:t>Take your best hooks and paste them into OmniSqueeze. It generates platform-specific versions: TikTok scripts, Instagram captions, Substack teasers, and more. One idea becomes content for every platform.</w:t>
      </w:r>
    </w:p>
    <w:p>
      <w:pPr>
        <w:pStyle w:val="Heading3"/>
      </w:pPr>
      <w:r>
        <w:t>Step 6: Write ARC Pitches (ARC Pitch Writer)</w:t>
      </w:r>
    </w:p>
    <w:p>
      <w:r>
        <w:t>When you are ready for Phase 2, open ARC Pitch Writer. Your book data is already loaded. Generate personalized, compelling ARC reader pitches that sound like a human wrote them, not a form letter.</w:t>
      </w:r>
    </w:p>
    <w:p>
      <w:pPr>
        <w:pStyle w:val="Heading3"/>
      </w:pPr>
      <w:r>
        <w:t>Step 7: Discover Your Tropes (TropeFinder)</w:t>
      </w:r>
    </w:p>
    <w:p>
      <w:r>
        <w:t>Upload your manuscript to TropeFinder for deep trope analysis. It identifies your core tropes and generates platform-specific content for each one: TikTok hooks, Instagram aesthetics, and Substack teasers built around your trope stack.</w:t>
      </w:r>
    </w:p>
    <w:p>
      <w:pPr>
        <w:pStyle w:val="Heading3"/>
      </w:pPr>
      <w:r>
        <w:t>Step 8: Polish Your Prose (Dev Edit + Ruthless Editor)</w:t>
      </w:r>
    </w:p>
    <w:p>
      <w:r>
        <w:t>Before your ARC copies go out, run key scenes through Dev Edit for structural feedback and Ruthless Editor for line-level polish. Export the Ruthless Editor correction report and paste it into ChatGPT or Claude to auto-apply the fixes.</w:t>
      </w:r>
    </w:p>
    <w:p>
      <w:pPr>
        <w:pStyle w:val="Heading3"/>
      </w:pPr>
      <w:r>
        <w:t>Step 9: Build Your Bible (Series Bible Builder)</w:t>
      </w:r>
    </w:p>
    <w:p>
      <w:r>
        <w:t>For series authors, use Series Bible Builder to maintain consistency across books. Upload your manuscript and it extracts characters, relationships, world rules, locations, and plot threads into an organized, exportable bible.</w:t>
      </w:r>
    </w:p>
    <w:p>
      <w:r>
        <w:br w:type="page"/>
      </w:r>
    </w:p>
    <w:p>
      <w:pPr>
        <w:pStyle w:val="Heading1"/>
      </w:pPr>
      <w:r>
        <w:t>Module 10: The Launch Checklist</w:t>
      </w:r>
    </w:p>
    <w:p>
      <w:pPr>
        <w:pStyle w:val="Heading2"/>
      </w:pPr>
      <w:r>
        <w:t>Your Complete Phase-by-Phase Action Plan</w:t>
      </w:r>
    </w:p>
    <w:p>
      <w:pPr>
        <w:pStyle w:val="Heading3"/>
      </w:pPr>
      <w:r>
        <w:t>Phase 1: The Mystery (6-8 Weeks Pre-Launch)</w:t>
      </w:r>
    </w:p>
    <w:p>
      <w:pPr>
        <w:pStyle w:val="ListBullet"/>
      </w:pPr>
      <w:r>
        <w:t>Extract your Book DNA using the Suite Hub</w:t>
      </w:r>
    </w:p>
    <w:p>
      <w:pPr>
        <w:pStyle w:val="ListBullet"/>
      </w:pPr>
      <w:r>
        <w:t>Generate 20-30 hooks using HookHero (you will use these throughout)</w:t>
      </w:r>
    </w:p>
    <w:p>
      <w:pPr>
        <w:pStyle w:val="ListBullet"/>
      </w:pPr>
      <w:r>
        <w:t>Create 3-slide mystery teasers in TeaserPro using "From Book DNA" mode</w:t>
      </w:r>
    </w:p>
    <w:p>
      <w:pPr>
        <w:pStyle w:val="ListBullet"/>
      </w:pPr>
      <w:r>
        <w:t>Post 3-4 times per week on TikTok: POV hooks, lore drops, aesthetic videos</w:t>
      </w:r>
    </w:p>
    <w:p>
      <w:pPr>
        <w:pStyle w:val="ListBullet"/>
      </w:pPr>
      <w:r>
        <w:t>Post 3-4 times per week on Instagram: mood boards, quote carousels, Reels</w:t>
      </w:r>
    </w:p>
    <w:p>
      <w:pPr>
        <w:pStyle w:val="ListBullet"/>
      </w:pPr>
      <w:r>
        <w:t>Post 1-2 times per week on Substack: atmospheric scenes, world-building, confessions</w:t>
      </w:r>
    </w:p>
    <w:p>
      <w:pPr>
        <w:pStyle w:val="ListBullet"/>
      </w:pPr>
      <w:r>
        <w:t>DO NOT reveal: book title, cover, release date, or your identity as the author</w:t>
      </w:r>
    </w:p>
    <w:p>
      <w:pPr>
        <w:pStyle w:val="ListBullet"/>
      </w:pPr>
      <w:r>
        <w:t>Track which hooks get the most engagement. Double down on those.</w:t>
      </w:r>
    </w:p>
    <w:p>
      <w:pPr>
        <w:pStyle w:val="Heading3"/>
      </w:pPr>
      <w:r>
        <w:t>Phase 2: The Reveal (3-4 Weeks Pre-Launch)</w:t>
      </w:r>
    </w:p>
    <w:p>
      <w:pPr>
        <w:pStyle w:val="ListBullet"/>
      </w:pPr>
      <w:r>
        <w:t>Week 1: Character reveals with names and aesthetics</w:t>
      </w:r>
    </w:p>
    <w:p>
      <w:pPr>
        <w:pStyle w:val="ListBullet"/>
      </w:pPr>
      <w:r>
        <w:t>Week 2: Title drop as a cinematic event</w:t>
      </w:r>
    </w:p>
    <w:p>
      <w:pPr>
        <w:pStyle w:val="ListBullet"/>
      </w:pPr>
      <w:r>
        <w:t>Week 3: Cover reveal to Substack subscribers first, then public</w:t>
      </w:r>
    </w:p>
    <w:p>
      <w:pPr>
        <w:pStyle w:val="ListBullet"/>
      </w:pPr>
      <w:r>
        <w:t>Week 4: ARC distribution using ARC Pitch Writer</w:t>
      </w:r>
    </w:p>
    <w:p>
      <w:pPr>
        <w:pStyle w:val="ListBullet"/>
      </w:pPr>
      <w:r>
        <w:t>Generate 7-slide reveal carousels in TeaserPro using your best scenes</w:t>
      </w:r>
    </w:p>
    <w:p>
      <w:pPr>
        <w:pStyle w:val="ListBullet"/>
      </w:pPr>
      <w:r>
        <w:t>Use OmniSqueeze to multiply each reveal across platforms</w:t>
      </w:r>
    </w:p>
    <w:p>
      <w:pPr>
        <w:pStyle w:val="ListBullet"/>
      </w:pPr>
      <w:r>
        <w:t>Build an early reader group for your most engaged followers</w:t>
      </w:r>
    </w:p>
    <w:p>
      <w:pPr>
        <w:pStyle w:val="Heading3"/>
      </w:pPr>
      <w:r>
        <w:t>Phase 3: The Flood (Launch Week)</w:t>
      </w:r>
    </w:p>
    <w:p>
      <w:pPr>
        <w:pStyle w:val="ListBullet"/>
      </w:pPr>
      <w:r>
        <w:t>Day 1: Launch posts on all platforms. Pin your strongest content.</w:t>
      </w:r>
    </w:p>
    <w:p>
      <w:pPr>
        <w:pStyle w:val="ListBullet"/>
      </w:pPr>
      <w:r>
        <w:t>Day 2: Social proof. Share reactions, reviews, DMs.</w:t>
      </w:r>
    </w:p>
    <w:p>
      <w:pPr>
        <w:pStyle w:val="ListBullet"/>
      </w:pPr>
      <w:r>
        <w:t>Day 3: Behind-the-scenes emotional content.</w:t>
      </w:r>
    </w:p>
    <w:p>
      <w:pPr>
        <w:pStyle w:val="ListBullet"/>
      </w:pPr>
      <w:r>
        <w:t>Day 4: Trope-based discovery content.</w:t>
      </w:r>
    </w:p>
    <w:p>
      <w:pPr>
        <w:pStyle w:val="ListBullet"/>
      </w:pPr>
      <w:r>
        <w:t>Day 5: Viral scene drop using TeaserPro Scene Finder.</w:t>
      </w:r>
    </w:p>
    <w:p>
      <w:pPr>
        <w:pStyle w:val="ListBullet"/>
      </w:pPr>
      <w:r>
        <w:t>Day 6-7: Engage everything. Comment. Duet. Stitch. Reply.</w:t>
      </w:r>
    </w:p>
    <w:p>
      <w:pPr>
        <w:pStyle w:val="ListBullet"/>
      </w:pPr>
      <w:r>
        <w:t>Respond to every single comment during launch week. Every one.</w:t>
      </w:r>
    </w:p>
    <w:p>
      <w:pPr>
        <w:pStyle w:val="Heading3"/>
      </w:pPr>
      <w:r>
        <w:t>Phase 4: The Ecosystem (Ongoing)</w:t>
      </w:r>
    </w:p>
    <w:p>
      <w:pPr>
        <w:pStyle w:val="ListBullet"/>
      </w:pPr>
      <w:r>
        <w:t>Substack: Weekly bonus content (alternate POVs, deleted scenes, lore)</w:t>
      </w:r>
    </w:p>
    <w:p>
      <w:pPr>
        <w:pStyle w:val="ListBullet"/>
      </w:pPr>
      <w:r>
        <w:t>TikTok/Reels: Evergreen trope content and comp title recommendations</w:t>
      </w:r>
    </w:p>
    <w:p>
      <w:pPr>
        <w:pStyle w:val="ListBullet"/>
      </w:pPr>
      <w:r>
        <w:t>Feature and encourage reader-generated content</w:t>
      </w:r>
    </w:p>
    <w:p>
      <w:pPr>
        <w:pStyle w:val="ListBullet"/>
      </w:pPr>
      <w:r>
        <w:t>Begin Phase 1 mystery drops for your next book</w:t>
      </w:r>
    </w:p>
    <w:p>
      <w:pPr>
        <w:pStyle w:val="ListBullet"/>
      </w:pPr>
      <w:r>
        <w:t>Use Series Bible Builder to maintain consistency if writing a series</w:t>
      </w:r>
    </w:p>
    <w:p>
      <w:r>
        <w:rPr>
          <w:color w:val="CCCCCC"/>
          <w:sz w:val="16"/>
        </w:rPr>
        <w:t>____________________________________________________________</w:t>
      </w:r>
    </w:p>
    <w:p>
      <w:pPr>
        <w:spacing w:before="720"/>
        <w:jc w:val="center"/>
      </w:pPr>
      <w:r>
        <w:rPr>
          <w:i/>
          <w:color w:val="8B6F2A"/>
          <w:sz w:val="26"/>
        </w:rPr>
        <w:t>You are not launching a book.</w:t>
        <w:br/>
        <w:t>You are building a world that readers cannot leave.</w:t>
        <w:br/>
        <w:t>The book is just the key to get in.</w:t>
      </w:r>
    </w:p>
    <w:p>
      <w:pPr>
        <w:spacing w:before="480"/>
        <w:jc w:val="center"/>
      </w:pPr>
      <w:r>
        <w:rPr>
          <w:color w:val="999999"/>
          <w:sz w:val="20"/>
        </w:rPr>
        <w:t>Built with the Darkling Collective Marketing Suite</w:t>
      </w:r>
    </w:p>
    <w:p>
      <w:pPr>
        <w:jc w:val="center"/>
      </w:pPr>
      <w:r>
        <w:rPr>
          <w:color w:val="999999"/>
          <w:sz w:val="20"/>
        </w:rPr>
        <w:t>darklingcollective.com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36" w:lineRule="auto"/>
    </w:pPr>
    <w:rPr>
      <w:rFonts w:ascii="Arial" w:hAnsi="Arial"/>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720" w:after="320"/>
      <w:outlineLvl w:val="0"/>
    </w:pPr>
    <w:rPr>
      <w:rFonts w:asciiTheme="majorHAnsi" w:eastAsiaTheme="majorEastAsia" w:hAnsiTheme="majorHAnsi" w:cstheme="majorBidi" w:ascii="Georgia" w:hAnsi="Georgia"/>
      <w:b/>
      <w:bCs/>
      <w:color w:val="1A1A2E"/>
      <w:sz w:val="52"/>
      <w:szCs w:val="28"/>
    </w:rPr>
  </w:style>
  <w:style w:type="paragraph" w:styleId="Heading2">
    <w:name w:val="heading 2"/>
    <w:basedOn w:val="Normal"/>
    <w:next w:val="Normal"/>
    <w:link w:val="Heading2Char"/>
    <w:uiPriority w:val="9"/>
    <w:unhideWhenUsed/>
    <w:qFormat/>
    <w:rsid w:val="00FC693F"/>
    <w:pPr>
      <w:keepNext/>
      <w:keepLines/>
      <w:spacing w:before="480" w:after="200"/>
      <w:outlineLvl w:val="1"/>
    </w:pPr>
    <w:rPr>
      <w:rFonts w:asciiTheme="majorHAnsi" w:eastAsiaTheme="majorEastAsia" w:hAnsiTheme="majorHAnsi" w:cstheme="majorBidi" w:ascii="Georgia" w:hAnsi="Georgia"/>
      <w:b/>
      <w:bCs/>
      <w:color w:val="8B6F2A"/>
      <w:sz w:val="36"/>
      <w:szCs w:val="26"/>
    </w:rPr>
  </w:style>
  <w:style w:type="paragraph" w:styleId="Heading3">
    <w:name w:val="heading 3"/>
    <w:basedOn w:val="Normal"/>
    <w:next w:val="Normal"/>
    <w:link w:val="Heading3Char"/>
    <w:uiPriority w:val="9"/>
    <w:unhideWhenUsed/>
    <w:qFormat/>
    <w:rsid w:val="00FC693F"/>
    <w:pPr>
      <w:keepNext/>
      <w:keepLines/>
      <w:spacing w:before="320" w:after="120"/>
      <w:outlineLvl w:val="2"/>
    </w:pPr>
    <w:rPr>
      <w:rFonts w:asciiTheme="majorHAnsi" w:eastAsiaTheme="majorEastAsia" w:hAnsiTheme="majorHAnsi" w:cstheme="majorBidi" w:ascii="Georgia" w:hAnsi="Georgia"/>
      <w:b/>
      <w:bCs/>
      <w:color w:val="555555"/>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